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E16AEA" w14:textId="322B7982" w:rsidR="008F302E" w:rsidRPr="008F302E" w:rsidRDefault="008F302E" w:rsidP="008F302E">
      <w:pPr>
        <w:jc w:val="center"/>
        <w:rPr>
          <w:b/>
          <w:bCs/>
          <w:sz w:val="28"/>
          <w:szCs w:val="28"/>
        </w:rPr>
      </w:pPr>
      <w:r w:rsidRPr="008F302E">
        <w:rPr>
          <w:b/>
          <w:bCs/>
          <w:sz w:val="28"/>
          <w:szCs w:val="28"/>
        </w:rPr>
        <w:t xml:space="preserve">Application for the Welcome Stage of the </w:t>
      </w:r>
      <w:proofErr w:type="spellStart"/>
      <w:r w:rsidRPr="008F302E">
        <w:rPr>
          <w:b/>
          <w:bCs/>
          <w:sz w:val="28"/>
          <w:szCs w:val="28"/>
        </w:rPr>
        <w:t>Slunovrat</w:t>
      </w:r>
      <w:proofErr w:type="spellEnd"/>
      <w:r w:rsidRPr="008F302E">
        <w:rPr>
          <w:b/>
          <w:bCs/>
          <w:sz w:val="28"/>
          <w:szCs w:val="28"/>
        </w:rPr>
        <w:t xml:space="preserve"> Festival 2026</w:t>
      </w:r>
      <w:r w:rsidRPr="008F302E">
        <w:rPr>
          <w:b/>
          <w:bCs/>
          <w:sz w:val="28"/>
          <w:szCs w:val="28"/>
        </w:rPr>
        <w:br/>
        <w:t xml:space="preserve">June 18–20, 2026 / </w:t>
      </w:r>
      <w:proofErr w:type="spellStart"/>
      <w:r w:rsidRPr="008F302E">
        <w:rPr>
          <w:b/>
          <w:bCs/>
          <w:sz w:val="28"/>
          <w:szCs w:val="28"/>
        </w:rPr>
        <w:t>Opava</w:t>
      </w:r>
      <w:proofErr w:type="spellEnd"/>
    </w:p>
    <w:p w14:paraId="535BD4D5" w14:textId="77777777" w:rsidR="008F302E" w:rsidRDefault="008F302E"/>
    <w:p w14:paraId="6046A2DC" w14:textId="7FCF6B7F" w:rsidR="00150DC4" w:rsidRDefault="00000000">
      <w:r>
        <w:t>Artist name:</w:t>
      </w:r>
    </w:p>
    <w:p w14:paraId="10E2BEB9" w14:textId="77777777" w:rsidR="00150DC4" w:rsidRDefault="00000000">
      <w:r>
        <w:t>Artist manager full name:</w:t>
      </w:r>
    </w:p>
    <w:p w14:paraId="65BB68CA" w14:textId="77777777" w:rsidR="00150DC4" w:rsidRDefault="00000000">
      <w:r>
        <w:t>Address:</w:t>
      </w:r>
    </w:p>
    <w:p w14:paraId="61B00651" w14:textId="77777777" w:rsidR="00150DC4" w:rsidRDefault="00000000">
      <w:r>
        <w:t>Contact (mobile + e-mail):</w:t>
      </w:r>
    </w:p>
    <w:p w14:paraId="38EF31B6" w14:textId="77777777" w:rsidR="00150DC4" w:rsidRDefault="00000000">
      <w:r>
        <w:t>Genre:</w:t>
      </w:r>
    </w:p>
    <w:p w14:paraId="4B52D641" w14:textId="77777777" w:rsidR="00150DC4" w:rsidRDefault="00000000">
      <w:r>
        <w:t>Number of performers:</w:t>
      </w:r>
    </w:p>
    <w:p w14:paraId="43F24BDD" w14:textId="77777777" w:rsidR="00150DC4" w:rsidRDefault="00000000">
      <w:r>
        <w:t>Line-up (by name):</w:t>
      </w:r>
    </w:p>
    <w:p w14:paraId="4155255E" w14:textId="77777777" w:rsidR="00150DC4" w:rsidRDefault="00000000">
      <w:r>
        <w:t>Possible performance length (maximum allowed by organizer is 45 min.):</w:t>
      </w:r>
    </w:p>
    <w:p w14:paraId="7A8756F2" w14:textId="77777777" w:rsidR="00150DC4" w:rsidRDefault="00000000">
      <w:r>
        <w:t>Link to website:</w:t>
      </w:r>
    </w:p>
    <w:p w14:paraId="351F6CEA" w14:textId="77777777" w:rsidR="00150DC4" w:rsidRDefault="00000000">
      <w:r>
        <w:t>Link to a recording of a previous concert (YouTube):</w:t>
      </w:r>
    </w:p>
    <w:p w14:paraId="11A20F2C" w14:textId="77777777" w:rsidR="00150DC4" w:rsidRDefault="00000000">
      <w:r>
        <w:t>Artist is represented by OSA (YES/NO):</w:t>
      </w:r>
    </w:p>
    <w:p w14:paraId="112CCD60" w14:textId="77777777" w:rsidR="00150DC4" w:rsidRDefault="00000000">
      <w:r>
        <w:t xml:space="preserve">List of presented songs at the “Welcome stage” of the </w:t>
      </w:r>
      <w:proofErr w:type="spellStart"/>
      <w:r>
        <w:t>Slunovrat</w:t>
      </w:r>
      <w:proofErr w:type="spellEnd"/>
      <w:r>
        <w:t xml:space="preserve"> festival</w:t>
      </w:r>
    </w:p>
    <w:tbl>
      <w:tblPr>
        <w:tblStyle w:val="Mkatabulky"/>
        <w:tblW w:w="0" w:type="auto"/>
        <w:tblLook w:val="04A0" w:firstRow="1" w:lastRow="0" w:firstColumn="1" w:lastColumn="0" w:noHBand="0" w:noVBand="1"/>
      </w:tblPr>
      <w:tblGrid>
        <w:gridCol w:w="505"/>
        <w:gridCol w:w="5184"/>
        <w:gridCol w:w="2941"/>
      </w:tblGrid>
      <w:tr w:rsidR="002C4A76" w14:paraId="38694C1A" w14:textId="77777777" w:rsidTr="00FF47A3">
        <w:tc>
          <w:tcPr>
            <w:tcW w:w="421" w:type="dxa"/>
          </w:tcPr>
          <w:p w14:paraId="09FDE4E3" w14:textId="77777777" w:rsidR="002C4A76" w:rsidRDefault="002C4A76" w:rsidP="00FF47A3"/>
        </w:tc>
        <w:tc>
          <w:tcPr>
            <w:tcW w:w="5620" w:type="dxa"/>
          </w:tcPr>
          <w:p w14:paraId="6C429587" w14:textId="4844344F" w:rsidR="002C4A76" w:rsidRPr="0047288A" w:rsidRDefault="002C4A76" w:rsidP="00FF47A3">
            <w:pPr>
              <w:rPr>
                <w:b/>
                <w:bCs/>
              </w:rPr>
            </w:pPr>
            <w:r>
              <w:rPr>
                <w:b/>
                <w:bCs/>
              </w:rPr>
              <w:t>Song title</w:t>
            </w:r>
          </w:p>
        </w:tc>
        <w:tc>
          <w:tcPr>
            <w:tcW w:w="3021" w:type="dxa"/>
          </w:tcPr>
          <w:p w14:paraId="516F5DAB" w14:textId="75C8FE70" w:rsidR="002C4A76" w:rsidRPr="0047288A" w:rsidRDefault="002C4A76" w:rsidP="00FF47A3">
            <w:pPr>
              <w:rPr>
                <w:b/>
                <w:bCs/>
              </w:rPr>
            </w:pPr>
            <w:r>
              <w:rPr>
                <w:b/>
                <w:bCs/>
              </w:rPr>
              <w:t>Composer/Lyricist</w:t>
            </w:r>
          </w:p>
        </w:tc>
      </w:tr>
      <w:tr w:rsidR="002C4A76" w14:paraId="1A9B968E" w14:textId="77777777" w:rsidTr="00FF47A3">
        <w:tc>
          <w:tcPr>
            <w:tcW w:w="421" w:type="dxa"/>
          </w:tcPr>
          <w:p w14:paraId="3A995943" w14:textId="77777777" w:rsidR="002C4A76" w:rsidRDefault="002C4A76" w:rsidP="00FF47A3">
            <w:r>
              <w:t>1.</w:t>
            </w:r>
          </w:p>
        </w:tc>
        <w:tc>
          <w:tcPr>
            <w:tcW w:w="5620" w:type="dxa"/>
          </w:tcPr>
          <w:p w14:paraId="280234AF" w14:textId="77777777" w:rsidR="002C4A76" w:rsidRDefault="002C4A76" w:rsidP="00FF47A3"/>
        </w:tc>
        <w:tc>
          <w:tcPr>
            <w:tcW w:w="3021" w:type="dxa"/>
          </w:tcPr>
          <w:p w14:paraId="77ABF324" w14:textId="77777777" w:rsidR="002C4A76" w:rsidRDefault="002C4A76" w:rsidP="00FF47A3"/>
        </w:tc>
      </w:tr>
      <w:tr w:rsidR="002C4A76" w14:paraId="69D544AC" w14:textId="77777777" w:rsidTr="00FF47A3">
        <w:tc>
          <w:tcPr>
            <w:tcW w:w="421" w:type="dxa"/>
          </w:tcPr>
          <w:p w14:paraId="5DEB7D68" w14:textId="77777777" w:rsidR="002C4A76" w:rsidRDefault="002C4A76" w:rsidP="00FF47A3">
            <w:r>
              <w:t>2.</w:t>
            </w:r>
          </w:p>
        </w:tc>
        <w:tc>
          <w:tcPr>
            <w:tcW w:w="5620" w:type="dxa"/>
          </w:tcPr>
          <w:p w14:paraId="2E36E4FC" w14:textId="77777777" w:rsidR="002C4A76" w:rsidRDefault="002C4A76" w:rsidP="00FF47A3"/>
        </w:tc>
        <w:tc>
          <w:tcPr>
            <w:tcW w:w="3021" w:type="dxa"/>
          </w:tcPr>
          <w:p w14:paraId="0AFB6819" w14:textId="77777777" w:rsidR="002C4A76" w:rsidRDefault="002C4A76" w:rsidP="00FF47A3"/>
        </w:tc>
      </w:tr>
      <w:tr w:rsidR="002C4A76" w14:paraId="522A3955" w14:textId="77777777" w:rsidTr="00FF47A3">
        <w:tc>
          <w:tcPr>
            <w:tcW w:w="421" w:type="dxa"/>
          </w:tcPr>
          <w:p w14:paraId="35B8602A" w14:textId="77777777" w:rsidR="002C4A76" w:rsidRDefault="002C4A76" w:rsidP="00FF47A3">
            <w:r>
              <w:t>3.</w:t>
            </w:r>
          </w:p>
        </w:tc>
        <w:tc>
          <w:tcPr>
            <w:tcW w:w="5620" w:type="dxa"/>
          </w:tcPr>
          <w:p w14:paraId="7D4DF163" w14:textId="77777777" w:rsidR="002C4A76" w:rsidRDefault="002C4A76" w:rsidP="00FF47A3"/>
        </w:tc>
        <w:tc>
          <w:tcPr>
            <w:tcW w:w="3021" w:type="dxa"/>
          </w:tcPr>
          <w:p w14:paraId="323263C5" w14:textId="77777777" w:rsidR="002C4A76" w:rsidRDefault="002C4A76" w:rsidP="00FF47A3"/>
        </w:tc>
      </w:tr>
      <w:tr w:rsidR="002C4A76" w14:paraId="72E2466E" w14:textId="77777777" w:rsidTr="00FF47A3">
        <w:tc>
          <w:tcPr>
            <w:tcW w:w="421" w:type="dxa"/>
          </w:tcPr>
          <w:p w14:paraId="38E657A2" w14:textId="77777777" w:rsidR="002C4A76" w:rsidRDefault="002C4A76" w:rsidP="00FF47A3">
            <w:r>
              <w:t>4.</w:t>
            </w:r>
          </w:p>
        </w:tc>
        <w:tc>
          <w:tcPr>
            <w:tcW w:w="5620" w:type="dxa"/>
          </w:tcPr>
          <w:p w14:paraId="77BCAEF3" w14:textId="77777777" w:rsidR="002C4A76" w:rsidRDefault="002C4A76" w:rsidP="00FF47A3"/>
        </w:tc>
        <w:tc>
          <w:tcPr>
            <w:tcW w:w="3021" w:type="dxa"/>
          </w:tcPr>
          <w:p w14:paraId="1C909CF6" w14:textId="77777777" w:rsidR="002C4A76" w:rsidRDefault="002C4A76" w:rsidP="00FF47A3"/>
        </w:tc>
      </w:tr>
      <w:tr w:rsidR="002C4A76" w14:paraId="08F17226" w14:textId="77777777" w:rsidTr="00FF47A3">
        <w:tc>
          <w:tcPr>
            <w:tcW w:w="421" w:type="dxa"/>
          </w:tcPr>
          <w:p w14:paraId="6DB4EB96" w14:textId="77777777" w:rsidR="002C4A76" w:rsidRDefault="002C4A76" w:rsidP="00FF47A3">
            <w:r>
              <w:t>5.</w:t>
            </w:r>
          </w:p>
        </w:tc>
        <w:tc>
          <w:tcPr>
            <w:tcW w:w="5620" w:type="dxa"/>
          </w:tcPr>
          <w:p w14:paraId="50BEBC79" w14:textId="77777777" w:rsidR="002C4A76" w:rsidRDefault="002C4A76" w:rsidP="00FF47A3"/>
        </w:tc>
        <w:tc>
          <w:tcPr>
            <w:tcW w:w="3021" w:type="dxa"/>
          </w:tcPr>
          <w:p w14:paraId="405145D9" w14:textId="77777777" w:rsidR="002C4A76" w:rsidRDefault="002C4A76" w:rsidP="00FF47A3"/>
        </w:tc>
      </w:tr>
      <w:tr w:rsidR="002C4A76" w14:paraId="579A715F" w14:textId="77777777" w:rsidTr="00FF47A3">
        <w:tc>
          <w:tcPr>
            <w:tcW w:w="421" w:type="dxa"/>
          </w:tcPr>
          <w:p w14:paraId="31B4C6E4" w14:textId="77777777" w:rsidR="002C4A76" w:rsidRDefault="002C4A76" w:rsidP="00FF47A3">
            <w:r>
              <w:t>6.</w:t>
            </w:r>
          </w:p>
        </w:tc>
        <w:tc>
          <w:tcPr>
            <w:tcW w:w="5620" w:type="dxa"/>
          </w:tcPr>
          <w:p w14:paraId="7F3EDD4F" w14:textId="77777777" w:rsidR="002C4A76" w:rsidRDefault="002C4A76" w:rsidP="00FF47A3"/>
        </w:tc>
        <w:tc>
          <w:tcPr>
            <w:tcW w:w="3021" w:type="dxa"/>
          </w:tcPr>
          <w:p w14:paraId="29BD20A7" w14:textId="77777777" w:rsidR="002C4A76" w:rsidRDefault="002C4A76" w:rsidP="00FF47A3"/>
        </w:tc>
      </w:tr>
      <w:tr w:rsidR="002C4A76" w14:paraId="1581964C" w14:textId="77777777" w:rsidTr="00FF47A3">
        <w:tc>
          <w:tcPr>
            <w:tcW w:w="421" w:type="dxa"/>
          </w:tcPr>
          <w:p w14:paraId="5AFC2705" w14:textId="77777777" w:rsidR="002C4A76" w:rsidRDefault="002C4A76" w:rsidP="00FF47A3">
            <w:r>
              <w:t>7.</w:t>
            </w:r>
          </w:p>
        </w:tc>
        <w:tc>
          <w:tcPr>
            <w:tcW w:w="5620" w:type="dxa"/>
          </w:tcPr>
          <w:p w14:paraId="1671DF08" w14:textId="77777777" w:rsidR="002C4A76" w:rsidRDefault="002C4A76" w:rsidP="00FF47A3"/>
        </w:tc>
        <w:tc>
          <w:tcPr>
            <w:tcW w:w="3021" w:type="dxa"/>
          </w:tcPr>
          <w:p w14:paraId="2986052F" w14:textId="77777777" w:rsidR="002C4A76" w:rsidRDefault="002C4A76" w:rsidP="00FF47A3"/>
        </w:tc>
      </w:tr>
      <w:tr w:rsidR="002C4A76" w14:paraId="1487F306" w14:textId="77777777" w:rsidTr="00FF47A3">
        <w:tc>
          <w:tcPr>
            <w:tcW w:w="421" w:type="dxa"/>
          </w:tcPr>
          <w:p w14:paraId="276F9A42" w14:textId="77777777" w:rsidR="002C4A76" w:rsidRDefault="002C4A76" w:rsidP="00FF47A3">
            <w:r>
              <w:t>8.</w:t>
            </w:r>
          </w:p>
        </w:tc>
        <w:tc>
          <w:tcPr>
            <w:tcW w:w="5620" w:type="dxa"/>
          </w:tcPr>
          <w:p w14:paraId="7F7D95BD" w14:textId="77777777" w:rsidR="002C4A76" w:rsidRDefault="002C4A76" w:rsidP="00FF47A3"/>
        </w:tc>
        <w:tc>
          <w:tcPr>
            <w:tcW w:w="3021" w:type="dxa"/>
          </w:tcPr>
          <w:p w14:paraId="0FE6639B" w14:textId="77777777" w:rsidR="002C4A76" w:rsidRDefault="002C4A76" w:rsidP="00FF47A3"/>
        </w:tc>
      </w:tr>
      <w:tr w:rsidR="002C4A76" w14:paraId="5152CDE7" w14:textId="77777777" w:rsidTr="00FF47A3">
        <w:tc>
          <w:tcPr>
            <w:tcW w:w="421" w:type="dxa"/>
          </w:tcPr>
          <w:p w14:paraId="3E82EC1F" w14:textId="77777777" w:rsidR="002C4A76" w:rsidRDefault="002C4A76" w:rsidP="00FF47A3">
            <w:r>
              <w:t>9.</w:t>
            </w:r>
          </w:p>
        </w:tc>
        <w:tc>
          <w:tcPr>
            <w:tcW w:w="5620" w:type="dxa"/>
          </w:tcPr>
          <w:p w14:paraId="3FA92AEB" w14:textId="77777777" w:rsidR="002C4A76" w:rsidRDefault="002C4A76" w:rsidP="00FF47A3"/>
        </w:tc>
        <w:tc>
          <w:tcPr>
            <w:tcW w:w="3021" w:type="dxa"/>
          </w:tcPr>
          <w:p w14:paraId="57E0420D" w14:textId="77777777" w:rsidR="002C4A76" w:rsidRDefault="002C4A76" w:rsidP="00FF47A3"/>
        </w:tc>
      </w:tr>
      <w:tr w:rsidR="002C4A76" w14:paraId="7661AC5D" w14:textId="77777777" w:rsidTr="00FF47A3">
        <w:tc>
          <w:tcPr>
            <w:tcW w:w="421" w:type="dxa"/>
          </w:tcPr>
          <w:p w14:paraId="70B2074F" w14:textId="77777777" w:rsidR="002C4A76" w:rsidRDefault="002C4A76" w:rsidP="00FF47A3">
            <w:r>
              <w:t>10.</w:t>
            </w:r>
          </w:p>
        </w:tc>
        <w:tc>
          <w:tcPr>
            <w:tcW w:w="5620" w:type="dxa"/>
          </w:tcPr>
          <w:p w14:paraId="78CF4D38" w14:textId="77777777" w:rsidR="002C4A76" w:rsidRDefault="002C4A76" w:rsidP="00FF47A3"/>
        </w:tc>
        <w:tc>
          <w:tcPr>
            <w:tcW w:w="3021" w:type="dxa"/>
          </w:tcPr>
          <w:p w14:paraId="43D2505C" w14:textId="77777777" w:rsidR="002C4A76" w:rsidRDefault="002C4A76" w:rsidP="00FF47A3"/>
        </w:tc>
      </w:tr>
      <w:tr w:rsidR="002C4A76" w14:paraId="054A3774" w14:textId="77777777" w:rsidTr="00FF47A3">
        <w:tc>
          <w:tcPr>
            <w:tcW w:w="421" w:type="dxa"/>
          </w:tcPr>
          <w:p w14:paraId="1C1E6EEA" w14:textId="77777777" w:rsidR="002C4A76" w:rsidRDefault="002C4A76" w:rsidP="00FF47A3">
            <w:r>
              <w:t>11.</w:t>
            </w:r>
          </w:p>
        </w:tc>
        <w:tc>
          <w:tcPr>
            <w:tcW w:w="5620" w:type="dxa"/>
          </w:tcPr>
          <w:p w14:paraId="5691B58A" w14:textId="77777777" w:rsidR="002C4A76" w:rsidRDefault="002C4A76" w:rsidP="00FF47A3"/>
        </w:tc>
        <w:tc>
          <w:tcPr>
            <w:tcW w:w="3021" w:type="dxa"/>
          </w:tcPr>
          <w:p w14:paraId="2EEE4141" w14:textId="77777777" w:rsidR="002C4A76" w:rsidRDefault="002C4A76" w:rsidP="00FF47A3"/>
        </w:tc>
      </w:tr>
      <w:tr w:rsidR="002C4A76" w14:paraId="7EA57428" w14:textId="77777777" w:rsidTr="00FF47A3">
        <w:tc>
          <w:tcPr>
            <w:tcW w:w="421" w:type="dxa"/>
          </w:tcPr>
          <w:p w14:paraId="0B3E12A5" w14:textId="77777777" w:rsidR="002C4A76" w:rsidRDefault="002C4A76" w:rsidP="00FF47A3">
            <w:r>
              <w:t>12.</w:t>
            </w:r>
          </w:p>
        </w:tc>
        <w:tc>
          <w:tcPr>
            <w:tcW w:w="5620" w:type="dxa"/>
          </w:tcPr>
          <w:p w14:paraId="675DEB94" w14:textId="77777777" w:rsidR="002C4A76" w:rsidRDefault="002C4A76" w:rsidP="00FF47A3"/>
        </w:tc>
        <w:tc>
          <w:tcPr>
            <w:tcW w:w="3021" w:type="dxa"/>
          </w:tcPr>
          <w:p w14:paraId="192369FB" w14:textId="77777777" w:rsidR="002C4A76" w:rsidRDefault="002C4A76" w:rsidP="00FF47A3"/>
        </w:tc>
      </w:tr>
      <w:tr w:rsidR="002C4A76" w14:paraId="74CF894A" w14:textId="77777777" w:rsidTr="00FF47A3">
        <w:tc>
          <w:tcPr>
            <w:tcW w:w="421" w:type="dxa"/>
          </w:tcPr>
          <w:p w14:paraId="2C6628A8" w14:textId="77777777" w:rsidR="002C4A76" w:rsidRDefault="002C4A76" w:rsidP="00FF47A3">
            <w:r>
              <w:t>13.</w:t>
            </w:r>
          </w:p>
        </w:tc>
        <w:tc>
          <w:tcPr>
            <w:tcW w:w="5620" w:type="dxa"/>
          </w:tcPr>
          <w:p w14:paraId="66326DC0" w14:textId="77777777" w:rsidR="002C4A76" w:rsidRDefault="002C4A76" w:rsidP="00FF47A3"/>
        </w:tc>
        <w:tc>
          <w:tcPr>
            <w:tcW w:w="3021" w:type="dxa"/>
          </w:tcPr>
          <w:p w14:paraId="37A94BD9" w14:textId="77777777" w:rsidR="002C4A76" w:rsidRDefault="002C4A76" w:rsidP="00FF47A3"/>
        </w:tc>
      </w:tr>
      <w:tr w:rsidR="002C4A76" w14:paraId="26DF67C1" w14:textId="77777777" w:rsidTr="00FF47A3">
        <w:tc>
          <w:tcPr>
            <w:tcW w:w="421" w:type="dxa"/>
          </w:tcPr>
          <w:p w14:paraId="58D2C455" w14:textId="77777777" w:rsidR="002C4A76" w:rsidRDefault="002C4A76" w:rsidP="00FF47A3">
            <w:r>
              <w:t>14.</w:t>
            </w:r>
          </w:p>
        </w:tc>
        <w:tc>
          <w:tcPr>
            <w:tcW w:w="5620" w:type="dxa"/>
          </w:tcPr>
          <w:p w14:paraId="28C2D2A9" w14:textId="77777777" w:rsidR="002C4A76" w:rsidRDefault="002C4A76" w:rsidP="00FF47A3"/>
        </w:tc>
        <w:tc>
          <w:tcPr>
            <w:tcW w:w="3021" w:type="dxa"/>
          </w:tcPr>
          <w:p w14:paraId="551878CE" w14:textId="77777777" w:rsidR="002C4A76" w:rsidRDefault="002C4A76" w:rsidP="00FF47A3"/>
        </w:tc>
      </w:tr>
    </w:tbl>
    <w:p w14:paraId="3E311A06" w14:textId="77777777" w:rsidR="002C4A76" w:rsidRDefault="002C4A76"/>
    <w:p w14:paraId="4737A5AD" w14:textId="77777777" w:rsidR="002E4E8D" w:rsidRDefault="002E4E8D"/>
    <w:p w14:paraId="7ECF8CCD" w14:textId="577BEBC4" w:rsidR="00150DC4" w:rsidRDefault="002C4A76">
      <w:r w:rsidRPr="002C4A76">
        <w:lastRenderedPageBreak/>
        <w:t xml:space="preserve">By submitting this application to welcome@festivalslunovrat.cz, the artist agrees to the conditions under which (if selected by the organizer) they will perform at the Welcome stage of the </w:t>
      </w:r>
      <w:proofErr w:type="spellStart"/>
      <w:r w:rsidRPr="002C4A76">
        <w:t>Slunovrat</w:t>
      </w:r>
      <w:proofErr w:type="spellEnd"/>
      <w:r w:rsidRPr="002C4A76">
        <w:t xml:space="preserve"> festival. The artist undertakes to accept these conditions in full and will not subsequently request any additional compensation.</w:t>
      </w:r>
      <w:r w:rsidRPr="002C4A76">
        <w:br/>
        <w:t>Rules for performing at the WELCOME STAGE 2026</w:t>
      </w:r>
      <w:r>
        <w:t>, t</w:t>
      </w:r>
      <w:r w:rsidRPr="002C4A76">
        <w:t xml:space="preserve">he WELCOME STAGE will be part of the </w:t>
      </w:r>
      <w:proofErr w:type="spellStart"/>
      <w:r w:rsidRPr="002C4A76">
        <w:t>Slunovrat</w:t>
      </w:r>
      <w:proofErr w:type="spellEnd"/>
      <w:r w:rsidRPr="002C4A76">
        <w:t xml:space="preserve"> festival, which will take place on June 1</w:t>
      </w:r>
      <w:r w:rsidR="002E4E8D">
        <w:t>7</w:t>
      </w:r>
      <w:r w:rsidRPr="002C4A76">
        <w:t>–</w:t>
      </w:r>
      <w:r w:rsidR="002E4E8D">
        <w:t>19</w:t>
      </w:r>
      <w:r w:rsidRPr="002C4A76">
        <w:t>, 202</w:t>
      </w:r>
      <w:r w:rsidR="002E4E8D">
        <w:t>7</w:t>
      </w:r>
      <w:r w:rsidRPr="002C4A76">
        <w:t xml:space="preserve">, in </w:t>
      </w:r>
      <w:proofErr w:type="spellStart"/>
      <w:r w:rsidRPr="002C4A76">
        <w:t>Opava</w:t>
      </w:r>
      <w:proofErr w:type="spellEnd"/>
      <w:r w:rsidRPr="002C4A76">
        <w:t>.</w:t>
      </w:r>
    </w:p>
    <w:p w14:paraId="346D7C42" w14:textId="77777777" w:rsidR="00150DC4" w:rsidRDefault="00000000">
      <w:r>
        <w:t>The organizer of the Slunovrat festival has decided to provide space for free performances by musical artists (hereinafter referred to as 'artist'). The number of performance slots on the Welcome stage is limited. Given the high demand for the opportunity to perform, the organizer reserves the right to select performers regardless of the application submission date (i.e. order does not matter).</w:t>
      </w:r>
    </w:p>
    <w:p w14:paraId="6744B189" w14:textId="43DB9F2C" w:rsidR="00150DC4" w:rsidRDefault="00000000">
      <w:r>
        <w:t>Please fill in all required fields in the application, otherwise it will not be accepted. Send the completed application to welcome@festivalslunovrat.cz by December 15, 202</w:t>
      </w:r>
      <w:r w:rsidR="002E4E8D">
        <w:t>6</w:t>
      </w:r>
      <w:r>
        <w:t>. Please write “Welcome stage” in the subject of the email.</w:t>
      </w:r>
    </w:p>
    <w:p w14:paraId="515BD280" w14:textId="5F2347DA" w:rsidR="00150DC4" w:rsidRDefault="00000000">
      <w:r>
        <w:t>The artist will be notified of inclusion in the program no later than the end of January 202</w:t>
      </w:r>
      <w:r w:rsidR="002E4E8D">
        <w:t>7</w:t>
      </w:r>
      <w:r>
        <w:t>.</w:t>
      </w:r>
    </w:p>
    <w:p w14:paraId="4AA74A65" w14:textId="77777777" w:rsidR="00150DC4" w:rsidRDefault="00150DC4"/>
    <w:p w14:paraId="0EDDF2FD" w14:textId="77777777" w:rsidR="00150DC4" w:rsidRDefault="00000000">
      <w:r>
        <w:t>The organizer will provide for the artist:</w:t>
      </w:r>
    </w:p>
    <w:p w14:paraId="73BF95C5" w14:textId="77777777" w:rsidR="00150DC4" w:rsidRDefault="00000000">
      <w:r>
        <w:t>• Adequate time slot (45 min. concert, approx. 25 min. for setup, soundcheck, clearing the stage, and introduction by moderator).</w:t>
      </w:r>
    </w:p>
    <w:p w14:paraId="17E199CF" w14:textId="77777777" w:rsidR="00150DC4" w:rsidRDefault="00000000">
      <w:r>
        <w:t>• Professional stage in a beautiful location in Sady Svobody, accessible to the general public free of charge.</w:t>
      </w:r>
    </w:p>
    <w:p w14:paraId="44D65B9D" w14:textId="77777777" w:rsidR="00150DC4" w:rsidRDefault="00000000">
      <w:r>
        <w:t>• 230 V connection on stage.</w:t>
      </w:r>
    </w:p>
    <w:p w14:paraId="6E855F76" w14:textId="77777777" w:rsidR="00150DC4" w:rsidRDefault="00000000">
      <w:r>
        <w:t>• Sound system for the concert area.</w:t>
      </w:r>
    </w:p>
    <w:p w14:paraId="0DAC325F" w14:textId="77777777" w:rsidR="00150DC4" w:rsidRDefault="00000000">
      <w:r>
        <w:t>• Promotion of the artist’s name within the preparation and realization of the festival (website, social networks).</w:t>
      </w:r>
    </w:p>
    <w:p w14:paraId="22152DC5" w14:textId="77777777" w:rsidR="00150DC4" w:rsidRDefault="00000000">
      <w:r>
        <w:t>• Free entry to the festival.</w:t>
      </w:r>
    </w:p>
    <w:p w14:paraId="2189AE71" w14:textId="77777777" w:rsidR="00150DC4" w:rsidRDefault="00000000">
      <w:r>
        <w:t>• Promotion on Radio Proglas and many other media outlets.</w:t>
      </w:r>
    </w:p>
    <w:p w14:paraId="39F5F0A7" w14:textId="1EAE5979" w:rsidR="00150DC4" w:rsidRDefault="00000000">
      <w:r>
        <w:t xml:space="preserve">• One of the performers of the Welcome stage of </w:t>
      </w:r>
      <w:proofErr w:type="spellStart"/>
      <w:r>
        <w:t>Slunovrat</w:t>
      </w:r>
      <w:proofErr w:type="spellEnd"/>
      <w:r>
        <w:t xml:space="preserve"> 202</w:t>
      </w:r>
      <w:r w:rsidR="002E4E8D">
        <w:t>7</w:t>
      </w:r>
      <w:r>
        <w:t xml:space="preserve"> will be selected to perform on the main (paid zone) stages of Slunovrat 202</w:t>
      </w:r>
      <w:r w:rsidR="002E4E8D">
        <w:t>8</w:t>
      </w:r>
      <w:r>
        <w:t>.</w:t>
      </w:r>
    </w:p>
    <w:p w14:paraId="2B1E1B13" w14:textId="777252B6" w:rsidR="00150DC4" w:rsidRDefault="002C4A76">
      <w:r w:rsidRPr="002C4A76">
        <w:t>The artist undertakes to deliver their performance at the highest possible quality, at the pre-agreed time, and to respect the requirements of the organizer and stage management during the performance and the festival.</w:t>
      </w:r>
      <w:r>
        <w:t xml:space="preserve"> </w:t>
      </w:r>
      <w:r w:rsidRPr="002C4A76">
        <w:t xml:space="preserve">6. The artist agrees that the organizer may make audio and video recordings of their performance for the purpose of further promotion of </w:t>
      </w:r>
      <w:r w:rsidRPr="002C4A76">
        <w:lastRenderedPageBreak/>
        <w:t xml:space="preserve">the </w:t>
      </w:r>
      <w:proofErr w:type="spellStart"/>
      <w:r w:rsidRPr="002C4A76">
        <w:t>Slunovrat</w:t>
      </w:r>
      <w:proofErr w:type="spellEnd"/>
      <w:r w:rsidRPr="002C4A76">
        <w:t xml:space="preserve"> festival.</w:t>
      </w:r>
      <w:r>
        <w:t xml:space="preserve"> </w:t>
      </w:r>
      <w:r w:rsidRPr="002C4A76">
        <w:t>7. The organizer will pay the artist a fixed fee of: CZK 5,000 (including travel costs) for bands from the Czech Republic / €200 (including travel costs) for foreign performers.</w:t>
      </w:r>
      <w:r>
        <w:t xml:space="preserve"> </w:t>
      </w:r>
      <w:r w:rsidRPr="002C4A76">
        <w:t>8. The organizer will provide refreshments for the artist (in the backstage area).</w:t>
      </w:r>
      <w:r>
        <w:t xml:space="preserve"> </w:t>
      </w:r>
      <w:r w:rsidRPr="002C4A76">
        <w:t>9. The organizer does not provide accommodation for the artist.</w:t>
      </w:r>
    </w:p>
    <w:sectPr w:rsidR="00150DC4"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1774DD" w14:textId="77777777" w:rsidR="000968B8" w:rsidRDefault="000968B8" w:rsidP="008F302E">
      <w:pPr>
        <w:spacing w:after="0" w:line="240" w:lineRule="auto"/>
      </w:pPr>
      <w:r>
        <w:separator/>
      </w:r>
    </w:p>
  </w:endnote>
  <w:endnote w:type="continuationSeparator" w:id="0">
    <w:p w14:paraId="1BF60581" w14:textId="77777777" w:rsidR="000968B8" w:rsidRDefault="000968B8" w:rsidP="008F3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050E97" w14:textId="77777777" w:rsidR="000968B8" w:rsidRDefault="000968B8" w:rsidP="008F302E">
      <w:pPr>
        <w:spacing w:after="0" w:line="240" w:lineRule="auto"/>
      </w:pPr>
      <w:r>
        <w:separator/>
      </w:r>
    </w:p>
  </w:footnote>
  <w:footnote w:type="continuationSeparator" w:id="0">
    <w:p w14:paraId="6258BDAB" w14:textId="77777777" w:rsidR="000968B8" w:rsidRDefault="000968B8" w:rsidP="008F30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F53A81" w14:textId="5E434BDA" w:rsidR="008F302E" w:rsidRDefault="008F302E">
    <w:pPr>
      <w:pStyle w:val="Zhlav"/>
    </w:pPr>
    <w:r>
      <w:tab/>
    </w:r>
    <w:r>
      <w:tab/>
    </w:r>
    <w:r>
      <w:rPr>
        <w:noProof/>
      </w:rPr>
      <w:drawing>
        <wp:inline distT="0" distB="0" distL="0" distR="0" wp14:anchorId="2147CACA" wp14:editId="355772CA">
          <wp:extent cx="644434" cy="666365"/>
          <wp:effectExtent l="0" t="0" r="3810" b="0"/>
          <wp:docPr id="352412677" name="Obrázek 1" descr="Obsah obrázku snímek obrazovky, Písmo, Grafika, k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412677" name="Obrázek 1" descr="Obsah obrázku snímek obrazovky, Písmo, Grafika, kruh&#10;&#10;Popis byl vytvořen automaticky"/>
                  <pic:cNvPicPr/>
                </pic:nvPicPr>
                <pic:blipFill>
                  <a:blip r:embed="rId1"/>
                  <a:stretch>
                    <a:fillRect/>
                  </a:stretch>
                </pic:blipFill>
                <pic:spPr>
                  <a:xfrm>
                    <a:off x="0" y="0"/>
                    <a:ext cx="665158" cy="6877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num w:numId="1" w16cid:durableId="1956982635">
    <w:abstractNumId w:val="8"/>
  </w:num>
  <w:num w:numId="2" w16cid:durableId="1033726037">
    <w:abstractNumId w:val="6"/>
  </w:num>
  <w:num w:numId="3" w16cid:durableId="1186866685">
    <w:abstractNumId w:val="5"/>
  </w:num>
  <w:num w:numId="4" w16cid:durableId="1998805088">
    <w:abstractNumId w:val="4"/>
  </w:num>
  <w:num w:numId="5" w16cid:durableId="729962184">
    <w:abstractNumId w:val="7"/>
  </w:num>
  <w:num w:numId="6" w16cid:durableId="1780753983">
    <w:abstractNumId w:val="3"/>
  </w:num>
  <w:num w:numId="7" w16cid:durableId="282544949">
    <w:abstractNumId w:val="2"/>
  </w:num>
  <w:num w:numId="8" w16cid:durableId="334846433">
    <w:abstractNumId w:val="1"/>
  </w:num>
  <w:num w:numId="9" w16cid:durableId="20016578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68B8"/>
    <w:rsid w:val="000F79AA"/>
    <w:rsid w:val="0015074B"/>
    <w:rsid w:val="00150DC4"/>
    <w:rsid w:val="0029639D"/>
    <w:rsid w:val="002C4A76"/>
    <w:rsid w:val="002E4E8D"/>
    <w:rsid w:val="00326F90"/>
    <w:rsid w:val="003D38EB"/>
    <w:rsid w:val="006A1B2C"/>
    <w:rsid w:val="008F302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D74ABB"/>
  <w14:defaultImageDpi w14:val="300"/>
  <w15:docId w15:val="{E37EB597-5925-7848-A312-4B32BCDE4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464</Words>
  <Characters>2741</Characters>
  <Application>Microsoft Office Word</Application>
  <DocSecurity>0</DocSecurity>
  <Lines>22</Lines>
  <Paragraphs>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3199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Konečná Michaela</cp:lastModifiedBy>
  <cp:revision>2</cp:revision>
  <dcterms:created xsi:type="dcterms:W3CDTF">2026-08-31T14:35:00Z</dcterms:created>
  <dcterms:modified xsi:type="dcterms:W3CDTF">2026-08-31T14:35:00Z</dcterms:modified>
  <cp:category/>
</cp:coreProperties>
</file>